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בבניית אקלים כיתתי מגובש (גיבוש, שייכות, שיתוף 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והבעה רגשית סביב אירועי השנה (ראש השנה, יום כיפור, יום הזיכרון)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לערכי הכלה, כבוד האדם ונגישות כלפי שונות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עבודת צוות ופתרון בעיות משותף דרך ניתוח משחקי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שנה: היכרות, מטרות ואמנה כיתתית – היכרות עם היום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ומילה שמתארת איך הם מרגישים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לקבל את התלמיד בחום ולומר שמחים שבא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ליצור סמל משותף שמייצג את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התחדשות, תקווה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לפי רשות, מי שרוצה משתף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שנה: היכרות, מטרות ואמנה כיתתית – התאמת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(ממלאים איפה אני עכשיו ולאן רוצה להגיע)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(קבוצה כותבת מה רוצים שיהיה כתוב עד 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(פתקים אנונימיים עם החלטה קטנה לשנה)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(מחפשים בכיתה מי אוהב חתולים או נולד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(קבוצות מציעות סמל, צבע ומילה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שנה: היכרות, מטרות ואמנה כיתתית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מודל: זה גורם לכל תלמיד להרגיש רצוי ונראה כבר מהרגע הראשון, ומשפיע על האווירה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 אני עכשיו, לאן אני רוצה להגיע, מה הצעד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פתוחה, למשל: עץ המשאלות מבטא תקווה כי כל אחד כותב משאלה לשנה הבאה.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משחקי גיבוש ועבודת צוות – מה כל משחק מתרגל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מגע ולתאם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עבודת צוות, ניסוי וטעייה וחגיגת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משחקי גיבוש ועבודת צוות – עובדות על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מסומן כ'בלי הכנה' ומתאים לכל הכיתה, בלי מגע.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בבנק המשחקים: 25 דק׳, כל הכיתה, בלי מגע.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משחקי גיבוש ועבודת צוות – התאמת משחק לכישור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(תכנון ובנייה משותפת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(תקשורת מדויקת והקשבה בזוגות)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(לגלות מה משותף בין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(התבוננות ושיתוף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משחקי גיבוש ועבודת צוות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הזרם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כיפור: אומנות הפיוס והסליחה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לתרגל פיוס, בקשת סליחה וחזרה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כותבים מכתב אישי שנשאר אצל הכותב/ת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כיפור: אומנות הפיוס והסליחה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רשות, אף אחד לא חייב לספר או להראות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 ביסודי א׳–ג׳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כיפור: אומנות הפיוס והסליחה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סולם הסליחה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יום כיפור: אומנות הפיוס והסליחה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(לראות מה קרה ומה הרגיש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(להכיר באחריות על הטעות)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(לומר במילים שרוצים 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(לעשות משהו שמתקן את הנזק)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הכלה וקבלת האחר: יום העלייה ויום ההכלה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סיפורי הגעה ולבנות רגישות לתלמידים חדשים ועולים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הכלה, נגישות,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הכלה וקבלת האחר: יום העלייה ויום ההכלה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לראות את האדם לפני המוגבלות.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מגלים שלכולם יש גם וגם.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הכלה וקבלת האחר: יום העלייה ויום ההכלה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הכלה וקבלת האחר: יום העלייה ויום ההכלה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א׳–ג׳)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(יסודי ד׳–ו׳)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יום הזיכרון לשואה ולגבורה: זיכרון וכבוד האדם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כ"ז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זיכרון, כבוד האדם,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בשקט ובכבוד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לקיים שיחה עדינה ולהדליק נר, בלי פרטים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היכרות עם סיפור חיים של אדם אחד והכנת כרטיס זיכרון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יום הזיכרון לשואה ולגבורה: זיכרון וכבוד האדם – התאמת פעילויות לשכבות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(פרח של זיכרון ליד נר חשמלי)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(פינת זיכרון כיתתית והכנה לעמידה בצפירה)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(פרויקט לזכור שם והכנת כרטיס 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(מעגל שיח מונחה על תפקיד הדור הצעיר)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(השתתפות מותאמת גיל בטקס 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יום הזיכרון לשואה ולגבורה: זיכרון וכבוד האדם – חשיבה אישית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 ולתמוך זה בזה, לעמוד לצד האחר בעת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להרגיע, למנוע פחד ולהבין את משמעות הרגע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להמשיך לספר, ללמוד ולהעביר את הערכים הלאה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לחבר בין חוויה אישית מעמיקה ובין זיכרון קבוצתי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סיום שנה: סיכום, הוקרה ופרידה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פתקי משאלות מתחילת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כתמונה קפואה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משהו שלמדתם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סיום שנה: סיכום, הוקרה ופרידה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המחנכת מחלקת מעטפות סגורות מתחילת השנה וכל אחד קורא את מה שכתב לעצמו.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שלושה מושגים נכונים מתוך הגלוסר ומסביר בפשטות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מנומקת בקשר לגודל קבוצה, זמן או מטרה חברתית מתוך 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הבחנה ברורה בין המושגים ודוגמה אישית או היפותטית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כמה שיעורי חינוך לאורך השנה, בהתאמה למועדים בלוח השנתי (ראש השנה בספטמבר, יום כיפור, יום ההכלה בדצמבר, יום הזיכרון באביב, סיום שנה ביוני)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המשחקים אפשר לבחור משימות שונות לפי מה שזמין בפועל בכיתה (מקום, זמן, גודל קבוצה), כפי שמוצע בבנק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עיקרון שיתוף הרשות בכל הפרקים הרגישים (יום כיפור, יום הזיכרון, יום ההכלה) ולא ללחוץ על תלמיד שאינו רוצה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להתאים את הניסוחים והדוגמאות לתלמידים עולים או לתלמידים עם צרכים מיוחדים, בדומה להתאמות המופיעות בכל ערכה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גיבוש כיתתי ואקלים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משימות קצרות שמבוססות על פעילויות, משחקים וטקסים שמלווים את השנה בכיתה. עבדו לפי הסדר, פרק אחד בכל שיעור, וזכרו ששיתוף בפעילויות הוא תמיד לפי בחירה אישית.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פותחים שנה: היכרות, מטרות ואמנה כיתתית – היכרות עם היום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במעגל הבוקר הראשון, מה כל ילד וילדה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ומילה שמתארת איך הם מרגישים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שהם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תכונה רעה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אכלו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התפקיד של הכרטיס שמחכה על השולחן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את התלמיד בחום ולומר שמחים שבא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איפה לשבת בכיתה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להזכיר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המרכזית של פעילות דגל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סמל משותף שמייצג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נציג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על דגלים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להתחרות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שלושה ערכים עומדים במרכז פעילויות ראש השנה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התחדשות, תקווה ושייכות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משמעת, סדר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תחרות, הישג וניצחון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ציונים, מבחנים ובחינות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בבינגו ההיכרות ביום הראשון, איך משתפים פרטים אישיים?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בחובה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רשות, מי שרוצה משתף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בכתיבה חשאית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משתף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פותחים שנה: היכרות, מטרות ואמנה כיתתית – התאמת 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מפת דרכים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קבוצות מציעות סמל, צבע ומילה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שיחת דף 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פתקים אנונימיים עם החלטה קטנה לשנה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קיר ההחלטה הקטנה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מחפשים בכיתה מי אוהב חתולים או נולד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היכרות (בינגו)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ממלאים איפה אני עכשיו ולאן רוצה להגיע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קבוצה כותבת מה רוצים שיהיה כתוב עד יוני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פותחים שנה: היכרות, מטרות ואמנה כיתתית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שהצעד הראשון ביום הראשון הוא קבלת פנים אישית בדלת.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פעילות 'מפת דרכים אישית' מיועדת לשכבת חט״ב. כתבו שלושה חלקים שהיא כוללת.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מהערכים (התחדשות, תקווה, שייכות) והסבירו איך פעילות אחת מהיום הראשון או מראש השנה מבטאת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משחקי גיבוש ועבודת צוות – מה כל משחק מתרגל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המשחק 'הקשר האנושי'?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יחד בעיה מסובכת בלי מגע ולתאם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הכי מהר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לשנן מילים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ציור אישי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המשחק 'המגדל הגבוה' מתרגל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עבודת צוות, ניסוי וטעייה וחגיגת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שינון תאריכים חשובים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ריצה אישית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בשרשרת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משחקי גיבוש ועבודת צוות – עובדות על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'סופרים עד 20' דורש הכנה מורכבת מראש.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'פאזל כיתתי' נמשך 25 דקות ומתאים לכל הכיתה.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משחקי גיבוש ועבודת צוות – התאמת משחק לכישור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התבוננות ושיתוף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לגלות מה משותף בין חברי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הדומים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ובנייה משותפת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המנהיג?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תקשורת מדויקת והקשבה בזוגות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משחקי גיבוש ועבודת צוות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משחק ה'__________' מתרגל ריכוז, קשב ורוגע, ואינו דורש הכנה מראש.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המשחק 'הבלון לא נופל' מתרגל שיתוף פעולה, תנועה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יום כיפור: אומנות הפיוס והסליחה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פעילויות יום כיפור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פיוס, בקשת סליחה וחזרה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חגי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מסיבת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על 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הסדר הנכון של שלבי "סולם הסליחה"?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להבין, להודות, לבקש,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לבקש, לתקן, להבין, להודות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להודות, לתקן, להבין, לבקש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לתקן, להבין, לבקש, להודות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בפעילות "מכתב פיוס שלא חייבים לשלוח"?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מכתב אישי שנשאר אצל הכותב/ת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שולחים מכתב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מכתב בקול רם לפני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מעתיקים מכתב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יום כיפור: אומנות הפיוס והסליחה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בפעילויות הפיוס כל תלמיד חייב לספר על טעות אישית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"תיבת בואו נשלים" מתרגלים משפטי פיוס במשחק תפקידים עם בובות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יום כיפור: אומנות הפיוס והסליחה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"__________" מסדרים כרטיסים עם שלבי הפיוס ודנים מה הכי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"יונת השלום" כל ילד כותב או מצייר דרך אחת ל__________ עם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יום כיפור: אומנות הפיוס והסליחה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להבין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משהו שמתקן את הנזק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לראות מה קרה ומה הרגיש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לבקש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להכיר באחריות על הטעות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לומר במילים שרוצים סליחה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הכלה וקבלת האחר: יום העלייה ויום ההכלה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אחת המטרות המרכזיות של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סיפורי הגעה ולבנות רגישות לתלמידים חדשים ועולים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על גלי הגירה בעולם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 שנתי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להתכונן לחופשת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ערכים מופיעים ביום ההכלה?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הכלה, נגישות,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תחרות, הישג,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משמעת, סדר,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בידור, הפסקה, חופש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הכלה וקבלת האחר: יום העלייה ויום ההכלה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ההכלה המטרה היא לראות קודם כול את המוגבלות ורק אחר כך את האדם.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'כל אחד יכול משהו' כל תלמיד משתף במה הוא טוב ובמה קשה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הכלה וקבלת האחר: יום העלייה ויום ההכלה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שפת הסימנים לומדים __________ סימנים בסיסיים כמו שלום ותודה.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הכלה וקבלת האחר: יום העלייה ויום ההכלה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שיחה 'להיות חדש'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מזוודת הסיפורים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שגרירי קליטה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ד׳–ו׳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שפת הסימנים (5 סימנים)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חט״ב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יום הזיכרון לשואה ולגבורה: זיכרון וכבוד האדם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התאריך העברי של יום הזיכרון לשואה ולגבורה?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כ"ז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כ"ט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שלושה ערכים מרכזיים עומדים במוקד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שמחה, חופש,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זיכרון, כבוד האדם,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תחרות, הישג, מנהיגות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חגיגה, מסורת,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בבית הספר בזמן הצפירה?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בשיעור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בשקט ובכבוד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הפעילויות לגיל הצעיר (א-ג) ביום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בפירוט אירועים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לקיים שיחה עדינה ולהדליק נר, בלי פרטים 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לצפות בסרט תיעודי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לערוך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פרויקט "לזכור שם" בחט"ב?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הכנת מצגת על מהלך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היכרות עם סיפור חיים של אדם אחד והכנת כרטיס זיכרון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מאמר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תפקידים היסטורי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יום הזיכרון לשואה ולגבורה: זיכרון וכבוד האדם – התאמת פעילויות לשכבות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פרויקט לזכור שם והכנת כרטיס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השתתפות מותאמת גיל בטקס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פינת זיכרון כיתתית והכנה לעמידה בצפירה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 של זיכרון ליד נר חשמלי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השכבות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מעגל שיח מונחה על תפקיד הדור הצעיר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יום הזיכרון לשואה ולגבורה: זיכרון וכבוד האדם – חשיבה אישית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 הכוונה ב"ערבות הדדית" ביום הזיכרון.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להסביר לתלמידים מראש מה תפקיד הצפירה לפני שהיא נשמעת?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מה, לדעתכם, תפקידו של הדור הצעיר בשמירה על הזיכרון?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בחט"ב משלבים גם שיחה אישית וגם השתתפות בטקס הכיתתי.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סיום שנה: סיכום, הוקרה ופרידה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מוציאים מהצנצנת בפעילות 'פותחים את צנצנת המשאלות'?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פתקי משאלות מתחילת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תעודות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מכתבים מהמחנכת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בפעילות 'סרט השנה שלנו', איך כל קבוצה מציגה רגע מהחודש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כתמונה קפואה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או מציירים על העלה בפעילות 'עץ הצמיחה'?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שלמדתם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 לשנה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תעודת הוקרה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תעודות הוקרה שונות יש בערכה, כך שלכל תלמיד ותלמידה יש תעודה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סיום שנה: סיכום, הוקרה ופרידה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'מכתבים לעצמי מתחילת השנה' קוראים מכתב שכתבו לעצמם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עקרונות חברתיים (כמו שיתוף רשות או הכלה) פגשתי בחוברת, ואיך הם באים לידי ביטוי בכיתה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משחק גיבוש או פעילות מהחוברת הייתי ממליץ/ה להפעיל בכיתה שלי,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ההבדל בין סליחה, מחילה ושכחה, ואיך זה יכול לעזור לי במריבה אמיתית?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גיבוש כיתתי ואקלים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