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רכזת חברתית: גיבוש כיתתי ואקלים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בבניית אקלים כיתתי מגובש (גיבוש, שייכות, שיתוף רשות)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והבעה רגשית סביב אירועי השנה (ראש השנה, יום כיפור, יום הזיכרון)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מודעות לערכי הכלה, כבוד האדם ונגישות כלפי שונות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עבודת צוות ופתרון בעיות משותף דרך ניתוח משחקי גיבוש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פותחים שנה: היכרות, מטרות ואמנה כיתתית – היכרות עם היום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ומילה שמתארת איך הם מרגישים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לקבל את התלמיד בחום ולומר שמחים שבא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ליצור סמל משותף שמייצג את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התחדשות, תקווה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לפי רשות, מי שרוצה משתף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פותחים שנה: היכרות, מטרות ואמנה כיתתית – התאמת 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(ממלאים איפה אני עכשיו ולאן רוצה להגיע)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(קבוצה כותבת מה רוצים שיהיה כתוב עד יוני)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(פתקים אנונימיים עם החלטה קטנה לשנה)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(מחפשים בכיתה מי אוהב חתולים או נולד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(קבוצות מציעות סמל, צבע ומילה לכיתה)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פותחים שנה: היכרות, מטרות ואמנה כיתתית – חשיבה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מודל: זה גורם לכל תלמיד להרגיש רצוי ונראה כבר מהרגע הראשון, ומשפיע על האווירה בכיתה.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 אני עכשיו, לאן אני רוצה להגיע, מה הצעד הראשון.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פתוחה, למשל: עץ המשאלות מבטא תקווה כי כל אחד כותב משאלה לשנה הבאה.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משחקי גיבוש ועבודת צוות – מה כל משחק מתרגל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לפתור יחד בעיה מסובכת בלי מגע ולתאם ביניהם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עבודת צוות, ניסוי וטעייה וחגיגת מאמץ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משחקי גיבוש ועבודת צוות – עובדות על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המשחק מסומן כ'בלי הכנה' ומתאים לכל הכיתה, בלי מגע.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מופיע בבנק המשחקים: 25 דק׳, כל הכיתה, בלי מגע.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משחקי גיבוש ועבודת צוות – התאמת משחק לכישור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(תכנון ובנייה משותפת במשאבים מוגבלים)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(תקשורת מדויקת והקשבה בזוגות)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(לגלות מה משותף בין חברי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(התבוננות ושיתוף פעולה)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משחקי גיבוש ועבודת צוות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הזרם השקט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יום כיפור: אומנות הפיוס והסליחה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לתרגל פיוס, בקשת סליחה וחזרה לחברות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להבין, להודות, לבקש, לתקן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כותבים מכתב אישי שנשאר אצל הכותב/ת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יום כיפור: אומנות הפיוס והסליחה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שיתוף הוא תמיד רשות, אף אחד לא חייב לספר או להראות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בפעילות ביסודי א׳–ג׳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יום כיפור: אומנות הפיוס והסליחה – השלמה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סולם הסליחה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יום כיפור: אומנות הפיוס והסליחה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(לראות מה קרה ומה הרגיש הצד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(להכיר באחריות על הטעות)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(לומר במילים שרוצים סליחה)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(לעשות משהו שמתקן את הנזק)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הכלה וקבלת האחר: יום העלייה ויום ההכלה – מה למדנו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לחגוג סיפורי הגעה ולבנות רגישות לתלמידים חדשים ועולים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הכלה, נגישות, 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הכלה וקבלת האחר: יום העלייה ויום ההכלה – נכון/לא נכון והשלמות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המטרה היא לראות את האדם לפני המוגבלות.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מגלים שלכולם יש גם וגם.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הכלה וקבלת האחר: יום העלייה ויום ההכלה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הכלה וקבלת האחר: יום העלייה ויום ההכלה – התאמת פעילות לשכבה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(חט״ב)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(יסודי א׳–ג׳)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(חט״ב)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(יסודי ד׳–ו׳)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יום הזיכרון לשואה ולגבורה: זיכרון וכבוד האדם – ידע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כ"ז בניסן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זיכרון, כבוד האדם, ערבות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עומדים בשקט ובכבוד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לקיים שיחה עדינה ולהדליק נר, בלי פרטים 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היכרות עם סיפור חיים של אדם אחד והכנת כרטיס זיכרון 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יום הזיכרון לשואה ולגבורה: זיכרון וכבוד האדם – התאמת פעילויות לשכבות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(פרח של זיכרון ליד נר חשמלי)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(פינת זיכרון כיתתית והכנה לעמידה בצפירה)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(פרויקט לזכור שם והכנת כרטיס זיכרון)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(מעגל שיח מונחה על תפקיד הדור הצעיר)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(השתתפות מותאמת גיל בטקס בית הספר)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יום הזיכרון לשואה ולגבורה: זיכרון וכבוד האדם – חשיבה אישית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לדאוג ולתמוך זה בזה, לעמוד לצד האחר בעת הצורך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להרגיע, למנוע פחד ולהבין את משמעות הרגע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להמשיך לספר, ללמוד ולהעביר את הערכים הלאה לדורות הבאים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לחבר בין חוויה אישית מעמיקה ובין זיכרון קבוצתי 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סיום שנה: סיכום, הוקרה ופרידה – הכרת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פתקי משאלות מתחילת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כתמונה קפואה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משהו שלמדתם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סיום שנה: סיכום, הוקרה ופרידה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המחנכת מחלקת מעטפות סגורות מתחילת השנה וכל אחד קורא את מה שכתב לעצמו.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לפחות שלושה מושגים נכונים מתוך הגלוסר ומסביר בפשטות 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הבחירה מנומקת בקשר לגודל קבוצה, זמן או מטרה חברתית מתוך בנק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הבחנה ברורה בין המושגים ודוגמה אישית או היפותטית רלוונטית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כמה שיעורי חינוך לאורך השנה, בהתאמה למועדים בלוח השנתי (ראש השנה בספטמבר, יום כיפור, יום ההכלה בדצמבר, יום הזיכרון באביב, סיום שנה ביוני)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המשחקים אפשר לבחור משימות שונות לפי מה שזמין בפועל בכיתה (מקום, זמן, גודל קבוצה), כפי שמוצע בבנק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לשמור על עיקרון שיתוף הרשות בכל הפרקים הרגישים (יום כיפור, יום הזיכרון, יום ההכלה) ולא ללחוץ על תלמיד שאינו רוצה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להתאים את הניסוחים והדוגמאות לתלמידים עולים או לתלמידים עם צרכים מיוחדים, בדומה להתאמות המופיעות בכל ערכה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רכזת חברתית: גיבוש כיתתי ואקלים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משימות קצרות. עושים פרק אחד בכל שיעור, לפי הסדר. אף אחד לא חייב לשתף דברים אישיים.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גיבוש כיתתי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פעילויות שמחברות בין תלמידים ובונות אמון ושייכות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אקלים כיתה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האווירה היומיומית בכיתה – איך מתייחסים אחד לשני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 רשות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לפיו אף אחד לא חייב לספר או להראות דבר אישי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 כיתתית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הסכמה משותפת על כללי התנהגות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של חזרה לחברות אחרי מריבה – לבקש ולסלוח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מקום ולקבל כל אחד ואחת כפי שהם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נגישות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התאמת הסביבה כך שכולם יוכלו להשתמש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של כל אחד כלפי השני בקבוצה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תעודת הוקרה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תעודה אישית שמוענקת לציון דבר טוב אצל תלמיד או תלמידה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צפירה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של עמידה בשקט לזכר אנשים או אירוע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פותחים שנה: היכרות, מטרות ואמנה כיתתית – היכרות עם היום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אומרים במעגל הבוקר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ומילה שמתארת איך הם מרגישים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שהם אוהבים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תכונה רעה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אכלו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כתוב בכרטיס שעל השולחן?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את התלמיד בחום ולומר שמחים שבא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לסמן איפה לשבת בכיתה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לרשום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להזכיר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מכינים דגל 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ליצור סמל משותף שמייצג את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נציג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ללמוד על דגלים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להתחרות בין 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מהם שלושת הערכים של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התחדשות, תקווה ושייכות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משמעת, סדר ושקט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תחרות, הישג וניצחון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ציונים, מבחנים ובחינות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האם חובה לשתף בבינגו ההיכרות?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בחובה לפני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רשות, מי שרוצה משתף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בכתיבה חשאית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לא משתף כלום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פותחים שנה: היכרות, מטרות ואמנה כיתתית – התאמת 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מפת דרכים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קבוצה כותבת מה רוצים שיהיה כתוב עד יוני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שיחת דף חלק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ממלאים איפה אני עכשיו ולאן רוצה להגיע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קיר ההחלטה הקטנה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קבוצות מציעות סמל, צבע ומילה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משחק היכרות (בינגו)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פתקים אנונימיים עם החלטה קטנה לשנה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דגל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מחפשים בכיתה מי אוהב חתולים או נולד בחורף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פותחים שנה: היכרות, מטרות ואמנה כיתתית – חשיבה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שהצעד הראשון ביום הראשון הוא קבלת פנים אישית בדלת.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פעילות 'מפת דרכים אישית' מיועדת לשכבת חט״ב. כתבו שלושה חלקים שהיא כוללת.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אחד מהערכים (התחדשות, תקווה, שייכות) והסבירו איך פעילות אחת מהיום הראשון או מראש השנה מבטאת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משחקי גיבוש ועבודת צוות – מה כל משחק מתרגל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במשחק 'הקשר האנושי'?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לפתור יחד בעיה מסובכת בלי מגע ולתאם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לרוץ הכי מהר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לשנן מילים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ציור אישי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מתרגלים ב'המגדל הגבוה'?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עבודת צוות, ניסוי וטעייה וחגיגת מאמץ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שינון תאריכים חשובים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ריצה אישית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בשרשרת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משחקי גיבוש ועבודת צוות – עובדות על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'סופרים עד 20' דורש הכנה מורכבת מראש.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'פאזל כיתתי' נמשך 25 דקות ומתאים לכל הכיתה.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משחקי גיבוש ועבודת צוות – התאמת משחק לכישור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הגשר מנייר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לגלות מה משותף בין חברי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המפה העיוורת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תכנון ובנייה משותפת במשאבים מוגבלים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שרשרת הדומים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התבוננות ושיתוף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 המנהיג?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תקשורת מדויקת והקשבה בזוגות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משחקי גיבוש ועבודת צוות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משחק ה'__________' מתרגל ריכוז, קשב ורוגע, ואינו דורש הכנה מראש.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המשחק 'הבלון לא נופל' מתרגל שיתוף פעולה, תנועה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יום כיפור: אומנות הפיוס והסליחה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רוצים ללמד ביום כיפור?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לתרגל פיוס, בקשת סליחה וחזרה לחברות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 על חגי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לתכנן מסיבת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על חופשת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הסדר של שלבי הפיוס?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להבין, להודות, לבקש, לתקן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לבקש, לתקן, להבין, להודות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להודות, לתקן, להבין, לבקש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לתקן, להבין, לבקש, להודות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במכתב הפיוס?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מכתב אישי שנשאר אצל הכותב/ת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שולחים מכתב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מכתב בקול רם לפני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מעתיקים מכתב מהמורה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יום כיפור: אומנות הפיוס והסליחה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בפעילויות הפיוס כל תלמיד חייב לספר על טעות אישית בקול רם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"תיבת בואו נשלים" מתרגלים משפטי פיוס במשחק תפקידים עם בובות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יום כיפור: אומנות הפיוס והסליחה – השלמה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בפעילות "__________" מסדרים כרטיסים עם שלבי הפיוס ודנים מה הכי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בפעילות "יונת השלום" כל ילד כותב או מצייר דרך אחת ל__________ עם 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יום כיפור: אומנות הפיוס והסליחה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להבין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להכיר באחריות על הטעות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להודות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לראות מה קרה ומה הרגיש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לבקש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לעשות משהו שמתקן את הנזק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לתקן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לומר במילים שרוצים סליחה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הכלה וקבלת האחר: יום העלייה ויום ההכלה – מה למדנו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חוגגים ביום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לחגוג סיפורי הגעה ולבנות רגישות לתלמידים חדשים ועולים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 על גלי הגירה בעולם למבחן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לתכנן טיול שנתי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להתכונן לחופשת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מילים קשורות ליום ההכלה?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הכלה, נגישות,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תחרות, הישג,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משמעת, סדר,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בידור, הפסקה, חופש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הכלה וקבלת האחר: יום העלייה ויום ההכלה – נכון/לא נכון והשלמות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ההכלה המטרה היא לראות קודם כול את המוגבלות ורק אחר כך את האדם.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'כל אחד יכול משהו' כל תלמיד משתף במה הוא טוב ובמה קשה 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הכלה וקבלת האחר: יום העלייה ויום ההכלה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בפעילות שפת הסימנים לומדים __________ סימנים בסיסיים כמו שלום ותודה.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הכלה וקבלת האחר: יום העלייה ויום ההכלה – התאמת פעילות לשכבה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שיחה 'להיות חדש'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יסודי א׳–ג׳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מזוודת הסיפורים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חט״ב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שגרירי קליטה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יסודי ד׳–ו׳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שפת הסימנים (5 סימנים)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חט״ב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יום הזיכרון לשואה ולגבורה: זיכרון וכבוד האדם – ידע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יום הזיכרון לפי הלוח העברי?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י'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כ"ז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ז'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כ"ט באלול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הנושאים המרכזיים של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שמחה, חופש, 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זיכרון, כבוד האדם, ערבות הדדית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תחרות, הישג, מנהיגות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חגיגה, מסורת,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מתנהגים כששומעים צפירה?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בשיעור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עומדים בשקט ובכבוד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יוצאים להפסקה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מתאימים את היום לילדים קטנים?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בפירוט אירועים קשים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לקיים שיחה עדינה ולהדליק נר, בלי פרטים קשים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לצפות בסרט תיעודי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לערוך מבחן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בפרויקט לזכור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הכנת מצגת על מהלך המלחמה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היכרות עם סיפור חיים של אדם אחד והכנת כרטיס זיכרון מכבד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כתיבת מאמר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תפקידים היסטורי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יום הזיכרון לשואה ולגבורה: זיכרון וכבוד האדם – התאמת פעילויות לשכבות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א-ג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פינת זיכרון כיתתית והכנה לעמידה בצפירה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יסודי ד-ו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מעגל שיח מונחה על תפקיד הדור הצעיר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חט"ב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השתתפות מותאמת גיל בטקס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פרח של זיכרון ליד נר חשמלי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 השכבות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פרויקט לזכור שם והכנת כרטיס זיכרון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יום הזיכרון לשואה ולגבורה: זיכרון וכבוד האדם – חשיבה אישית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שלכן ושלכם מה הכוונה ב"ערבות הדדית" ביום הזיכרון.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להסביר לתלמידים מראש מה תפקיד הצפירה לפני שהיא נשמעת?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מה, לדעתכם, תפקידו של הדור הצעיר בשמירה על הזיכרון?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בחט"ב משלבים גם שיחה אישית וגם השתתפות בטקס הכיתתי.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סיום שנה: סיכום, הוקרה ופרידה – הכרת הפעילויות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בצנצנת המשאלות?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פתקי משאלות מתחילת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תעודות הוקרה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מכתבים מהמחנכת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ציורי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מציגים רגע בסרט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כתמונה קפואה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על העלה?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משהו שלמדתם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משאלה לשנה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תעודת הוקרה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סוגי תעודות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סיום שנה: סיכום, הוקרה ופרידה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'מכתבים לעצמי מתחילת השנה' קוראים מכתב שכתבו לעצמם בתחילת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שלושה עקרונות חברתיים (כמו שיתוף רשות או הכלה) פגשתי בחוברת, ואיך הם באים לידי ביטוי בכיתה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משחק גיבוש או פעילות מהחוברת הייתי ממליץ/ה להפעיל בכיתה שלי,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למדתי על ההבדל בין סליחה, מחילה ושכחה, ואיך זה יכול לעזור לי במריבה אמיתית?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רכזת חברתית: גיבוש כיתתי ואקלים חברתי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