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גיבוש כיתתי ואקלים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בבניית אקלים כיתתי מגובש (גיבוש, שייכות, שיתוף רשות)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והבעה רגשית סביב אירועי השנה (ראש השנה, יום כיפור, יום הזיכרון)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מודעות לערכי הכלה, כבוד האדם ונגישות כלפי שונות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עבודת צוות ופתרון בעיות משותף דרך ניתוח משחקי גיבוש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פותחים שנה: היכרות, מטרות ואמנה כיתתית – היכרות עם היום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ומילה שמתארת איך הם מרגישים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לקבל את התלמיד בחום ולומר שמחים שבא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ליצור סמל משותף שמייצג את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פותחים שנה: היכרות, מטרות ואמנה כיתתית – התאמת 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(ממלאים איפה אני עכשיו ולאן רוצה להגיע)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(מחפשים בכיתה מי אוהב חתולים או נולד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(קבוצות מציעות סמל, צבע ומילה לכיתה)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פותחים שנה: היכרות, מטרות ואמנה כיתתית – חשיבה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מודל: זה גורם לכל תלמיד להרגיש רצוי ונראה כבר מהרגע הראשון, ומשפיע על האווירה בכיתה.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משחקי גיבוש ועבודת צוות – מה כל משחק מתרגל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לפתור יחד בעיה מסובכת בלי מגע ולתאם ביניהם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עבודת צוות, ניסוי וטעייה וחגיגת מאמץ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משחקי גיבוש ועבודת צוות – עובדות על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המשחק מסומן כ'בלי הכנה' ומתאים לכל הכיתה, בלי מגע.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בבנק המשחקים: 25 דק׳, כל הכיתה, בלי מגע.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משחקי גיבוש ועבודת צוות – התאמת משחק לכישור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(תכנון ובנייה משותפת במשאבים מוגבלים)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(תקשורת מדויקת והקשבה בזוגות)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משחקי גיבוש ועבודת צוות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הזרם השקט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יום כיפור: אומנות הפיוס והסליחה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לתרגל פיוס, בקשת סליחה וחזרה לחברות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כותבים מכתב אישי שנשאר אצל הכותב/ת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יום כיפור: אומנות הפיוס והסליחה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שיתוף הוא תמיד רשות, אף אחד לא חייב לספר או להראות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בפעילות ביסודי א׳–ג׳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יום כיפור: אומנות הפיוס והסליחה – השלמה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סולם הסליחה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יום כיפור: אומנות הפיוס והסליחה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(לראות מה קרה ומה הרגיש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(להכיר באחריות על הטעות)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(לומר במילים שרוצים סליחה)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(לעשות משהו שמתקן את הנזק)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הכלה וקבלת האחר: יום העלייה ויום ההכלה – מה 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לחגוג סיפורי הגעה ולבנות רגישות לתלמידים חדשים ועולים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הכלה, נגישות,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הכלה וקבלת האחר: יום העלייה ויום ההכלה – נכון/לא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היא לראות את האדם לפני המוגבלות.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מגלים שלכולם יש גם וגם.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הכלה וקבלת האחר: יום העלייה ויום ההכלה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הכלה וקבלת האחר: יום העלייה ויום ההכלה – התאמת פעילות לשכבה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(חט״ב)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(יסודי א׳–ג׳)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יום הזיכרון לשואה ולגבורה: זיכרון וכבוד האדם – ידע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כ"ז בניסן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זיכרון, כבוד האדם, ערבות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עומדים בשקט ובכבוד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יום הזיכרון לשואה ולגבורה: זיכרון וכבוד האדם – התאמת פעילויות לשכבות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(פרח של זיכרון ליד נר חשמלי)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(פינת זיכרון כיתתית והכנה לעמידה בצפירה)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(השתתפות מותאמת גיל בטקס 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יום הזיכרון לשואה ולגבורה: זיכרון וכבוד האדם – חשיבה אישית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לדאוג ולתמוך זה בזה, לעמוד לצד האחר בעת הצורך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סיום שנה: סיכום, הוקרה ופרידה – הכרת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פתקי משאלות מתחילת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כתמונה קפואה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משהו שלמדתם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סיום שנה: סיכום, הוקרה ופרידה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המחנכת מחלקת מעטפות סגורות מתחילת השנה וכל אחד קורא את מה שכתב לעצמו.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לפחות שלושה מושגים נכונים מתוך הגלוסר ומסביר בפשטות 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הבחירה מנומקת בקשר לגודל קבוצה, זמן או מטרה חברתית מתוך בנק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הבחנה ברורה בין המושגים ודוגמה אישית או היפותטית רלוונטית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כמה שיעורי חינוך לאורך השנה, בהתאמה למועדים בלוח השנתי (ראש השנה בספטמבר, יום כיפור, יום ההכלה בדצמבר, יום הזיכרון באביב, סיום שנה ביוני)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המשחקים אפשר לבחור משימות שונות לפי מה שזמין בפועל בכיתה (מקום, זמן, גודל קבוצה), כפי שמוצע בבנק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לשמור על עיקרון שיתוף הרשות בכל הפרקים הרגישים (יום כיפור, יום הזיכרון, יום ההכלה) ולא ללחוץ על תלמיד שאינו רוצה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להתאים את הניסוחים והדוגמאות לתלמידים עולים או לתלמידים עם צרכים מיוחדים, בדומה להתאמות המופיעות בכל ערכה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גיבוש כיתתי ואקלים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משימות קצרות שמבוססות על פעילויות, משחקים וטקסים שמלווים את השנה בכיתה. עבדו לפי הסדר, פרק אחד בכל שיעור, וזכרו ששיתוף בפעילויות הוא תמיד לפי בחירה אישית.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להשלים  ·  סולם הסליחה  ·  הזרם השקט  ·  חמישה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פותחים שנה: היכרות, מטרות ואמנה כיתתית – היכרות עם היום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במעגל הבוקר הראשון, מה כל ילד וילדה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ומילה שמתארת איך הם מרגישים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 שהם 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תכונה רעה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התפקיד של הכרטיס שמחכה על השולחן ביום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לקבל את התלמיד בחום ולומר שמחים שבא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לסמן איפה לשבת בכיתה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לרשום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המטרה המרכזית של פעילות דגל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ליצור סמל משותף שמייצג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לבחור נציג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ללמוד על דגלים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פותחים שנה: היכרות, מטרות ואמנה כיתתית – התאמת 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מפת דרכים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מחפשים בכיתה מי אוהב חתולים או נולד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משחק היכרות (בינגו)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קבוצות מציעות סמל, צבע ומילה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דגל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ממלאים איפה אני עכשיו ולאן רוצה להגיע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פותחים שנה: היכרות, מטרות ואמנה כיתתית – חשיבה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חשוב שהצעד הראשון ביום הראשון הוא קבלת פנים אישית בדלת.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משחקי גיבוש ועבודת צוות – מה כל משחק מתרגל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המשחק 'הקשר האנושי'?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לפתור יחד בעיה מסובכת בלי מגע ולתאם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לרוץ הכי מהר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לשנן מילים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המשחק 'המגדל הגבוה' מתרגל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עבודת צוות, ניסוי וטעייה וחגיגת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שינון תאריכים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ריצה אישית מהירה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משחקי גיבוש ועבודת צוות – עובדות על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המשחק 'סופרים עד 20' דורש הכנה מורכבת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המשחק 'פאזל כיתתי' נמשך 25 דקות ומתאים לכל הכיתה.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משחקי גיבוש ועבודת צוות – התאמת משחק לכישור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הגשר מנייר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תקשורת מדויקת והקשבה בזוגות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המפה העיוורת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תכנון ובנייה משותפת במשאבים מוגבלים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משחקי גיבוש ועבודת צוות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משחק ה'__________' מתרגל ריכוז, קשב ורוגע, ואינו דורש הכנה מראש.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יום כיפור: אומנות הפיוס והסליחה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המרכזית של פעילויות יום כיפור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לתרגל פיוס, בקשת סליחה וחזרה לחברות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ללמוד על חגי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לתכנן מסיבת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בפעילות "מכתב פיוס שלא חייבים לשלוח"?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כותבים מכתב אישי שנשאר אצל הכותב/ת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שולחים מכתב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קוראים מכתב בקול רם לפני 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יום כיפור: אומנות הפיוס והסליחה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בפעילויות הפיוס כל תלמיד חייב לספר על טעות אישית בקול 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בפעילות "תיבת בואו נשלים" מתרגלים משפטי פיוס במשחק תפקידים עם בובות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יום כיפור: אומנות הפיוס והסליחה – השלמה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בפעילות "__________" מסדרים כרטיסים עם שלבי הפיוס ודנים מה הכי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בפעילות "יונת השלום" כל ילד כותב או מצייר דרך אחת ל__________ עם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יום כיפור: אומנות הפיוס והסליחה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להבין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להכיר באחריות על הטעות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להודות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לעשות משהו שמתקן את הנזק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לבקש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לראות מה קרה ומה הרגיש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לתקן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לומר במילים שרוצים סליחה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הכלה וקבלת האחר: יום העלייה ויום ההכלה – מה למדנו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אחת המטרות המרכזיות של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לחגוג סיפורי הגעה ולבנות רגישות לתלמידים חדשים ועולים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ללמוד על גלי הגירה בעולם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לתכנן טיול שנתי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ערכים מופיעים ביום ההכלה?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הכלה, נגישות,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תחרות, הישג,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משמעת, סדר, ציונים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הכלה וקבלת האחר: יום העלייה ויום ההכלה – נכון/לא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ההכלה המטרה היא לראות קודם כול את המוגבלות ורק אחר כך את האדם.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בפעילות 'כל אחד יכול משהו' כל תלמיד משתף במה הוא טוב ובמה קשה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הכלה וקבלת האחר: יום העלייה ויום ההכלה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בפעילות שפת הסימנים לומדים __________ סימנים בסיסיים כמו שלום ותודה.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הכלה וקבלת האחר: יום העלייה ויום ההכלה – התאמת פעילות לשכבה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שיחה 'להיות חדש'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יסודי א׳–ג׳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מזוודת הסיפורים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חט״ב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יום הזיכרון לשואה ולגבורה: זיכרון וכבוד האדם – ידע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התאריך העברי של יום הזיכרון לשואה ולגבורה?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כ"ז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ז'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שלושה ערכים מרכזיים עומדים במוקד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שמחה, חופש,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זיכרון, כבוד האדם, ערבות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תחרות, הישג, מנהיגות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בבית הספר בזמן הצפירה?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ממשיכים בשיעור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עומדים בשקט ובכבוד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יוצאים להפסקה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יום הזיכרון לשואה ולגבורה: זיכרון וכבוד האדם – התאמת פעילויות לשכבות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 א-ג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פינת זיכרון כיתתית והכנה לעמידה בצפירה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יסודי ד-ו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השתתפות מותאמת גיל בטקס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 השכבות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פרח של זיכרון ליד נר חשמלי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יום הזיכרון לשואה ולגבורה: זיכרון וכבוד האדם – חשיבה אישית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שלכן ושלכם מה הכוונה ב"ערבות הדדית" ביום הזיכרון.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סיום שנה: סיכום, הוקרה ופרידה – הכרת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מוציאים מהצנצנת בפעילות 'פותחים את צנצנת המשאלות'?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פתקי משאלות מתחילת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תעודות הוקרה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מכתבים מהמחנכת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בפעילות 'סרט השנה שלנו', איך כל קבוצה מציגה רגע מהחודש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כתמונה קפואה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כותבים או מציירים על העלה בפעילות 'עץ הצמיחה'?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משהו שלמדתם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משאלה לשנה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סיום שנה: סיכום, הוקרה ופרידה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בפעילות 'מכתבים לעצמי מתחילת השנה' קוראים מכתב שכתבו לעצמם בתחילת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שלושה עקרונות חברתיים (כמו שיתוף רשות או הכלה) פגשתי בחוברת, ואיך הם באים לידי ביטוי בכיתה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משחק גיבוש או פעילות מהחוברת הייתי ממליץ/ה להפעיל בכיתה שלי,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רכזת חברתית: גיבוש כיתתי ואקלים חברתי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